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黑体" w:hAnsi="黑体" w:eastAsia="黑体"/>
          <w:b/>
          <w:sz w:val="32"/>
        </w:rPr>
        <w:t>三级域名申请表</w:t>
      </w:r>
    </w:p>
    <w:p>
      <w:pPr>
        <w:spacing w:after="100"/>
        <w:jc w:val="center"/>
      </w:pPr>
      <w:r>
        <w:rPr>
          <w:rFonts w:ascii="宋体" w:hAnsi="宋体" w:eastAsia="宋体"/>
          <w:b w:val="0"/>
          <w:color w:val="555555"/>
          <w:sz w:val="17"/>
        </w:rPr>
        <w:t>紫禁云端网络工作室 · IP8080 免费网站托管服务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397"/>
        </w:trPr>
        <w:tc>
          <w:tcPr>
            <w:tcW w:type="dxa" w:w="6803"/>
            <w:gridSpan w:val="2"/>
          </w:tcPr>
          <w:p>
            <w:pPr>
              <w:spacing w:before="0" w:after="0"/>
            </w:pPr>
            <w:r>
              <w:rPr>
                <w:rFonts w:ascii="黑体" w:hAnsi="黑体" w:eastAsia="黑体"/>
                <w:b/>
                <w:sz w:val="21"/>
              </w:rPr>
              <w:t>申请信息</w:t>
            </w:r>
          </w:p>
        </w:tc>
      </w:tr>
      <w:tr>
        <w:trPr>
          <w:trHeight w:val="1108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申请域名</w:t>
            </w:r>
          </w:p>
        </w:tc>
        <w:tc>
          <w:tcPr>
            <w:tcW w:type="dxa" w:w="6803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＿＿＿＿＿＿.ip8080.com</w:t>
            </w:r>
          </w:p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color w:val="666666"/>
                <w:sz w:val="16"/>
              </w:rPr>
              <w:t>（下划线处填写前缀，如 blog、shop 等；若此处留空，系统将自动分配域名）</w:t>
            </w:r>
          </w:p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color w:val="666666"/>
                <w:sz w:val="16"/>
              </w:rPr>
              <w:t>（"www." 为系统保留前缀，专用于主网站，与不带 "www." 的主域名等效，任何用户均不可申请，也不会分配给他人）</w:t>
            </w:r>
          </w:p>
        </w:tc>
      </w:tr>
      <w:tr>
        <w:trPr>
          <w:trHeight w:val="964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申请用途</w:t>
            </w:r>
          </w:p>
        </w:tc>
        <w:tc>
          <w:tcPr>
            <w:tcW w:type="dxa" w:w="6803"/>
          </w:tcPr>
          <w:p/>
        </w:tc>
      </w:tr>
      <w:tr>
        <w:trPr>
          <w:trHeight w:val="397"/>
        </w:trPr>
        <w:tc>
          <w:tcPr>
            <w:tcW w:type="dxa" w:w="6803"/>
            <w:gridSpan w:val="2"/>
          </w:tcPr>
          <w:p>
            <w:pPr>
              <w:spacing w:before="0" w:after="0"/>
            </w:pPr>
            <w:r>
              <w:rPr>
                <w:rFonts w:ascii="黑体" w:hAnsi="黑体" w:eastAsia="黑体"/>
                <w:b/>
                <w:sz w:val="21"/>
              </w:rPr>
              <w:t>自有域名授权情况</w:t>
            </w:r>
          </w:p>
        </w:tc>
      </w:tr>
      <w:tr>
        <w:trPr>
          <w:trHeight w:val="578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是否授权自有域名</w:t>
            </w:r>
          </w:p>
        </w:tc>
        <w:tc>
          <w:tcPr>
            <w:tcW w:type="dxa" w:w="6803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□ 需授权绑定自有域名  □ 无需授权</w:t>
            </w:r>
          </w:p>
        </w:tc>
      </w:tr>
      <w:tr>
        <w:trPr>
          <w:trHeight w:val="578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该自有域名是否已备案</w:t>
            </w:r>
          </w:p>
        </w:tc>
        <w:tc>
          <w:tcPr>
            <w:tcW w:type="dxa" w:w="6803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□ 已备案  □ 未备案</w:t>
            </w:r>
          </w:p>
        </w:tc>
      </w:tr>
      <w:tr>
        <w:trPr>
          <w:trHeight w:val="819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备案托管单位</w:t>
            </w:r>
          </w:p>
        </w:tc>
        <w:tc>
          <w:tcPr>
            <w:tcW w:type="dxa" w:w="6803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□ 阿里云  □ 腾讯云  □ 华为云  □ 天翼云  □ 移动云</w:t>
            </w:r>
          </w:p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□ 其他：＿＿＿＿＿＿＿＿＿＿</w:t>
            </w:r>
          </w:p>
        </w:tc>
      </w:tr>
      <w:tr>
        <w:trPr>
          <w:trHeight w:val="723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域名完整名称</w:t>
            </w:r>
          </w:p>
        </w:tc>
        <w:tc>
          <w:tcPr>
            <w:tcW w:type="dxa" w:w="6803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＿＿＿＿＿＿＿＿＿＿＿＿＿＿</w:t>
            </w:r>
          </w:p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color w:val="666666"/>
                <w:sz w:val="16"/>
              </w:rPr>
              <w:t>（示例：紫禁云端.com / zijinyunduan.com）</w:t>
            </w:r>
          </w:p>
        </w:tc>
      </w:tr>
      <w:tr>
        <w:trPr>
          <w:trHeight w:val="397"/>
        </w:trPr>
        <w:tc>
          <w:tcPr>
            <w:tcW w:type="dxa" w:w="6803"/>
            <w:gridSpan w:val="2"/>
          </w:tcPr>
          <w:p>
            <w:pPr>
              <w:spacing w:before="0" w:after="0"/>
            </w:pPr>
            <w:r>
              <w:rPr>
                <w:rFonts w:ascii="黑体" w:hAnsi="黑体" w:eastAsia="黑体"/>
                <w:b/>
                <w:sz w:val="21"/>
              </w:rPr>
              <w:t>申请人信息</w:t>
            </w:r>
          </w:p>
        </w:tc>
      </w:tr>
      <w:tr>
        <w:trPr>
          <w:trHeight w:val="578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申请人类型</w:t>
            </w:r>
          </w:p>
        </w:tc>
        <w:tc>
          <w:tcPr>
            <w:tcW w:type="dxa" w:w="6803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□ 企业  □ 个人</w:t>
            </w:r>
          </w:p>
        </w:tc>
      </w:tr>
      <w:tr>
        <w:trPr>
          <w:trHeight w:val="578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申请人姓名 / 名称</w:t>
            </w:r>
          </w:p>
        </w:tc>
        <w:tc>
          <w:tcPr>
            <w:tcW w:type="dxa" w:w="6803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＿＿＿＿＿＿＿＿＿＿＿＿＿＿＿＿＿＿</w:t>
            </w:r>
          </w:p>
        </w:tc>
      </w:tr>
      <w:tr>
        <w:trPr>
          <w:trHeight w:val="578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所属部门 / 单位</w:t>
            </w:r>
          </w:p>
        </w:tc>
        <w:tc>
          <w:tcPr>
            <w:tcW w:type="dxa" w:w="6803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＿＿＿＿＿＿＿＿＿＿＿＿＿＿＿＿＿＿</w:t>
            </w:r>
          </w:p>
        </w:tc>
      </w:tr>
      <w:tr>
        <w:trPr>
          <w:trHeight w:val="578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手机号</w:t>
            </w:r>
          </w:p>
        </w:tc>
        <w:tc>
          <w:tcPr>
            <w:tcW w:type="dxa" w:w="6803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＿＿＿＿＿＿＿＿＿＿＿＿＿＿＿＿</w:t>
            </w:r>
          </w:p>
        </w:tc>
      </w:tr>
      <w:tr>
        <w:trPr>
          <w:trHeight w:val="578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微信号</w:t>
            </w:r>
          </w:p>
        </w:tc>
        <w:tc>
          <w:tcPr>
            <w:tcW w:type="dxa" w:w="6803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＿＿＿＿＿＿＿＿＿＿＿＿＿＿＿＿</w:t>
            </w:r>
          </w:p>
        </w:tc>
      </w:tr>
      <w:tr>
        <w:trPr>
          <w:trHeight w:val="578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邮箱</w:t>
            </w:r>
          </w:p>
        </w:tc>
        <w:tc>
          <w:tcPr>
            <w:tcW w:type="dxa" w:w="6803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＿＿＿＿＿＿＿＿＿＿＿＿＿＿＿＿</w:t>
            </w:r>
          </w:p>
        </w:tc>
      </w:tr>
      <w:tr>
        <w:trPr>
          <w:trHeight w:val="397"/>
        </w:trPr>
        <w:tc>
          <w:tcPr>
            <w:tcW w:type="dxa" w:w="6803"/>
            <w:gridSpan w:val="2"/>
          </w:tcPr>
          <w:p>
            <w:pPr>
              <w:spacing w:before="0" w:after="0"/>
            </w:pPr>
            <w:r>
              <w:rPr>
                <w:rFonts w:ascii="黑体" w:hAnsi="黑体" w:eastAsia="黑体"/>
                <w:b/>
                <w:sz w:val="21"/>
              </w:rPr>
              <w:t>签章</w:t>
            </w:r>
          </w:p>
        </w:tc>
      </w:tr>
      <w:tr>
        <w:trPr>
          <w:trHeight w:val="626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申请人签字</w:t>
            </w:r>
          </w:p>
        </w:tc>
        <w:tc>
          <w:tcPr>
            <w:tcW w:type="dxa" w:w="6803"/>
          </w:tcPr>
          <w:p/>
        </w:tc>
      </w:tr>
      <w:tr>
        <w:trPr>
          <w:trHeight w:val="578"/>
        </w:trPr>
        <w:tc>
          <w:tcPr>
            <w:tcW w:type="dxa" w:w="2835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>申请日期</w:t>
            </w:r>
          </w:p>
        </w:tc>
        <w:tc>
          <w:tcPr>
            <w:tcW w:type="dxa" w:w="6803"/>
          </w:tcPr>
          <w:p>
            <w:pPr>
              <w:spacing w:before="0" w:after="0"/>
            </w:pPr>
            <w:r>
              <w:rPr>
                <w:rFonts w:ascii="宋体" w:hAnsi="宋体" w:eastAsia="宋体"/>
                <w:b w:val="0"/>
                <w:sz w:val="20"/>
              </w:rPr>
              <w:t xml:space="preserve">　　　　年　　　月　　　日</w:t>
            </w:r>
          </w:p>
        </w:tc>
      </w:tr>
    </w:tbl>
    <w:p>
      <w:pPr>
        <w:spacing w:before="100" w:after="40"/>
      </w:pPr>
      <w:r>
        <w:rPr>
          <w:rFonts w:ascii="黑体" w:hAnsi="黑体" w:eastAsia="黑体"/>
          <w:b/>
          <w:sz w:val="21"/>
        </w:rPr>
        <w:t>提交须知</w:t>
      </w:r>
    </w:p>
    <w:p>
      <w:pPr>
        <w:spacing w:before="0" w:after="20"/>
      </w:pPr>
      <w:r>
        <w:rPr>
          <w:rFonts w:ascii="宋体" w:hAnsi="宋体" w:eastAsia="宋体"/>
          <w:b w:val="0"/>
          <w:sz w:val="18"/>
        </w:rPr>
        <w:t>1. 提交本申请表时，必须同时附上该网站源代码的 ZIP 压缩包。</w:t>
      </w:r>
    </w:p>
    <w:p>
      <w:pPr>
        <w:spacing w:before="0" w:after="20"/>
      </w:pPr>
      <w:r>
        <w:rPr>
          <w:rFonts w:ascii="宋体" w:hAnsi="宋体" w:eastAsia="宋体"/>
          <w:b w:val="0"/>
          <w:sz w:val="18"/>
        </w:rPr>
        <w:t>2. 压缩包须以申请的域名命名，例如：xxx.ip8080.com.zip。</w:t>
      </w:r>
    </w:p>
    <w:p>
      <w:pPr>
        <w:spacing w:before="0" w:after="20"/>
      </w:pPr>
      <w:r>
        <w:rPr>
          <w:rFonts w:ascii="宋体" w:hAnsi="宋体" w:eastAsia="宋体"/>
          <w:b w:val="0"/>
          <w:sz w:val="18"/>
        </w:rPr>
        <w:t>3. 未附源代码压缩包的申请，将无法进入审核流程。</w:t>
      </w:r>
    </w:p>
    <w:p>
      <w:pPr>
        <w:spacing w:before="0" w:after="20"/>
      </w:pPr>
      <w:r>
        <w:rPr>
          <w:rFonts w:ascii="宋体" w:hAnsi="宋体" w:eastAsia="宋体"/>
          <w:b w:val="0"/>
          <w:sz w:val="18"/>
        </w:rPr>
        <w:t>4. 申请人须对所填信息及网站内容的真实性负责，并遵守国家相关法律法规。</w:t>
      </w:r>
    </w:p>
    <w:p>
      <w:pPr>
        <w:spacing w:before="0" w:after="20"/>
      </w:pPr>
      <w:r>
        <w:rPr>
          <w:rFonts w:ascii="宋体" w:hAnsi="宋体" w:eastAsia="宋体"/>
          <w:b w:val="0"/>
          <w:sz w:val="18"/>
        </w:rPr>
        <w:t>5. 本服务为免费服务，审核周期 1–2 个工作日；平台保留对违规内容的下架权利。</w:t>
      </w:r>
    </w:p>
    <w:sectPr w:rsidR="00FC693F" w:rsidRPr="0006063C" w:rsidSect="00034616">
      <w:pgSz w:w="12240" w:h="15840"/>
      <w:pgMar w:top="850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